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בגרות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הבחינה ואת סוגי השאלות בבגרות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תשובה מלאה לפי השלבים טענה-ביסוס-ציטוט-הסבר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נבדקת תשובה ולפי אילו קריטריונים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 - ביסוס - ציטוט -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המסלול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המסלול בהתאמות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(המשפט הפותח שמציג את הרעיון המרכזי של התשובה)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(משפט קצר מהיצירה שתומך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(כלי לבדיקת התשובה וקביעת הציון)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בעיון ומבינים מה מבקשים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טענה שעונה ישירות על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ביסוס שמסביר את הטענה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מביאים ציטוט מתאים מהיצירה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תשובה מלאה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בתשובה הטובה יש: טענה ברורה שעונה על השאלה, ביסוס הגיוני, ציטוט קצר ומדויק (עד 8 מילים) והסבר שמקשר בין הציטוט לטענה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טענה-ביסוס-ציטוט-הסבר,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הציטוט תומך בטענה ומוכיח אותה מתוך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שהתשובה ברורה, מלאה ושלמה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דוגמה אחת משותפת בלוח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ביסוס לציטוט כי תלמידים רבים מתבלבלים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מומלץ להקריא תשובה אחת לדוגמה ולבדוק יחד לפי מחוון פשוט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בגרות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בבגרות בספרות לומדים לזהות את סוג השאלה ולבנות תשובה מלאה ומנומקת. דף זה מתרגל את מבנה התשובה, את פרקי הבחינה ואת הדרך שבה בודקים 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מחוון  ·  ציטוט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מהם ארבעת השלבים של תשובה מלאה בבגרות בספרות?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טענה - ביסוס - ציטוט -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ציטוט מהיצירה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דעה אישית על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פרקים מרכזיים יש בבחינת הבגרות בספרות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במסלול לעולים לומדים מילות הוראה עם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במסלול חנ'ם לומדים רעיון אחד בכל פעם עם הרבה אמוג'ים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התשובה המלאה בבגרות בנויה מהשלבים: טענה, ביסוס, __________,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הוא הכלי שלפיו נבדקת התשובה ונקבע הציון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כלי לבדיקת התשובה וקביעת הציון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ציטוט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המשפט הפותח שמציג את הרעיון המרכזי של התשובה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מחוון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משפט קצר מהיצירה שתומך בטענה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בניית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טענה שעונה ישירות על השאלה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ביסוס שמסביר את הטענה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מביאים ציטוט מתאים מהיצירה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השאלה בעיון ומבינים מה מבקשים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תשובה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יצירה שלמדתם (סיפור, שיר, מחזה או רומן) וכתבו תשובה מלאה לשאלה שבחרתם, לפי השלבים טענה-ביסוס-ציטוט-הסבר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השלבים בבניית תשובה מלאה בבגרות?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תפקידו של הציטוט בתשובה?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בגרות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